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8014" w14:textId="77777777" w:rsidR="00CA28A4" w:rsidRDefault="00CA28A4" w:rsidP="00CA28A4"/>
    <w:p w14:paraId="1452EF99" w14:textId="29C5EFC1" w:rsidR="00C325E6" w:rsidRDefault="0082045C" w:rsidP="00CA28A4">
      <w:r>
        <w:t>Date</w:t>
      </w:r>
      <w:r>
        <w:t xml:space="preserve">: </w:t>
      </w:r>
      <w:r w:rsidRPr="00CA28A4">
        <w:rPr>
          <w:color w:val="4F81BD" w:themeColor="accent1"/>
        </w:rPr>
        <w:t>[DD Month YYYY]</w:t>
      </w:r>
    </w:p>
    <w:p w14:paraId="4CBE72DC" w14:textId="77777777" w:rsidR="00C325E6" w:rsidRDefault="0082045C">
      <w:pPr>
        <w:spacing w:after="0"/>
      </w:pPr>
      <w:r>
        <w:rPr>
          <w:b/>
        </w:rPr>
        <w:t>To</w:t>
      </w:r>
    </w:p>
    <w:p w14:paraId="41493731" w14:textId="77777777" w:rsidR="00C325E6" w:rsidRDefault="0082045C">
      <w:pPr>
        <w:spacing w:after="0"/>
      </w:pPr>
      <w:r>
        <w:t>The Head</w:t>
      </w:r>
    </w:p>
    <w:p w14:paraId="30D72167" w14:textId="77777777" w:rsidR="00C325E6" w:rsidRDefault="0082045C">
      <w:pPr>
        <w:spacing w:after="0"/>
      </w:pPr>
      <w:r>
        <w:t>Department of Electrical and Electronic Engineering</w:t>
      </w:r>
    </w:p>
    <w:p w14:paraId="482934A6" w14:textId="5E7F7F54" w:rsidR="00C325E6" w:rsidRDefault="0082045C">
      <w:pPr>
        <w:spacing w:after="0"/>
      </w:pPr>
      <w:r>
        <w:t>Ahsanullah University of Science and Technology</w:t>
      </w:r>
      <w:r w:rsidR="001E6BB2">
        <w:t xml:space="preserve"> (AUST)</w:t>
      </w:r>
    </w:p>
    <w:p w14:paraId="5C4491C8" w14:textId="3DCE47D8" w:rsidR="001E6BB2" w:rsidRDefault="001E6BB2">
      <w:pPr>
        <w:spacing w:after="0"/>
      </w:pPr>
      <w:r>
        <w:t>Dhaka-1208</w:t>
      </w:r>
    </w:p>
    <w:p w14:paraId="6FD5A20A" w14:textId="77777777" w:rsidR="00C325E6" w:rsidRDefault="0082045C">
      <w:pPr>
        <w:spacing w:before="160" w:after="160"/>
      </w:pPr>
      <w:r>
        <w:rPr>
          <w:b/>
        </w:rPr>
        <w:t xml:space="preserve">Through: </w:t>
      </w:r>
      <w:r>
        <w:t>Internship Coordinator, Department of EEE</w:t>
      </w:r>
    </w:p>
    <w:p w14:paraId="71B63C63" w14:textId="77777777" w:rsidR="00C325E6" w:rsidRDefault="0082045C">
      <w:r>
        <w:rPr>
          <w:b/>
        </w:rPr>
        <w:t xml:space="preserve">Subject: Application for Approval to Participate in an </w:t>
      </w:r>
      <w:r>
        <w:rPr>
          <w:b/>
        </w:rPr>
        <w:t>Internship Program</w:t>
      </w:r>
    </w:p>
    <w:p w14:paraId="77378B63" w14:textId="77777777" w:rsidR="00C325E6" w:rsidRDefault="0082045C">
      <w:pPr>
        <w:spacing w:after="160"/>
      </w:pPr>
      <w:r>
        <w:t>Dear Sir,</w:t>
      </w:r>
    </w:p>
    <w:p w14:paraId="28EB44AF" w14:textId="60837C04" w:rsidR="00C325E6" w:rsidRDefault="0082045C">
      <w:pPr>
        <w:spacing w:after="160"/>
        <w:jc w:val="both"/>
      </w:pPr>
      <w:r>
        <w:t xml:space="preserve">I am </w:t>
      </w:r>
      <w:r w:rsidRPr="00CA28A4">
        <w:rPr>
          <w:color w:val="4F81BD" w:themeColor="accent1"/>
        </w:rPr>
        <w:t>[Student Name]</w:t>
      </w:r>
      <w:r>
        <w:t xml:space="preserve">, Student ID </w:t>
      </w:r>
      <w:r w:rsidRPr="00CA28A4">
        <w:rPr>
          <w:color w:val="4F81BD" w:themeColor="accent1"/>
        </w:rPr>
        <w:t>[Student ID]</w:t>
      </w:r>
      <w:r>
        <w:t xml:space="preserve">, currently studying in </w:t>
      </w:r>
      <w:r w:rsidRPr="00CA28A4">
        <w:rPr>
          <w:color w:val="4F81BD" w:themeColor="accent1"/>
        </w:rPr>
        <w:t>[</w:t>
      </w:r>
      <w:r w:rsidR="00CA28A4" w:rsidRPr="00CA28A4">
        <w:rPr>
          <w:color w:val="4F81BD" w:themeColor="accent1"/>
        </w:rPr>
        <w:t>Year and Semester</w:t>
      </w:r>
      <w:r w:rsidRPr="00CA28A4">
        <w:rPr>
          <w:color w:val="4F81BD" w:themeColor="accent1"/>
        </w:rPr>
        <w:t xml:space="preserve">] </w:t>
      </w:r>
      <w:r>
        <w:t xml:space="preserve">in the Department of EEE, AUST. I have received an internship opportunity at </w:t>
      </w:r>
      <w:r w:rsidRPr="00CA28A4">
        <w:rPr>
          <w:color w:val="4F81BD" w:themeColor="accent1"/>
        </w:rPr>
        <w:t xml:space="preserve">[Company Name] </w:t>
      </w:r>
      <w:r>
        <w:t xml:space="preserve">from </w:t>
      </w:r>
      <w:r w:rsidRPr="00CA28A4">
        <w:rPr>
          <w:color w:val="4F81BD" w:themeColor="accent1"/>
        </w:rPr>
        <w:t xml:space="preserve">[Start Date] </w:t>
      </w:r>
      <w:r>
        <w:t xml:space="preserve">to </w:t>
      </w:r>
      <w:r w:rsidRPr="00CA28A4">
        <w:rPr>
          <w:color w:val="4F81BD" w:themeColor="accent1"/>
        </w:rPr>
        <w:t>[End Date].</w:t>
      </w:r>
    </w:p>
    <w:p w14:paraId="64B6C0D1" w14:textId="77777777" w:rsidR="00C325E6" w:rsidRDefault="0082045C">
      <w:pPr>
        <w:spacing w:after="160"/>
        <w:jc w:val="both"/>
      </w:pPr>
      <w:r>
        <w:t>I kindly request your</w:t>
      </w:r>
      <w:r>
        <w:t xml:space="preserve"> approval to participate in the internship program and receive the necessary departmental support. A copy of the internship offer letter is enclosed for your consideration.</w:t>
      </w:r>
    </w:p>
    <w:p w14:paraId="516C919C" w14:textId="77777777" w:rsidR="00CA28A4" w:rsidRDefault="00CA28A4">
      <w:pPr>
        <w:spacing w:before="200" w:after="440"/>
      </w:pPr>
    </w:p>
    <w:p w14:paraId="52100A8F" w14:textId="6F7AB487" w:rsidR="00C325E6" w:rsidRDefault="0082045C">
      <w:pPr>
        <w:spacing w:before="200" w:after="440"/>
      </w:pPr>
      <w:r>
        <w:t>Yours sincerely,</w:t>
      </w:r>
    </w:p>
    <w:p w14:paraId="34886440" w14:textId="77777777" w:rsidR="00CA28A4" w:rsidRDefault="00CA28A4">
      <w:pPr>
        <w:spacing w:before="200" w:after="440"/>
      </w:pPr>
    </w:p>
    <w:p w14:paraId="4C71FAB9" w14:textId="77777777" w:rsidR="00C325E6" w:rsidRDefault="0082045C">
      <w:pPr>
        <w:spacing w:after="0"/>
      </w:pPr>
      <w:r>
        <w:rPr>
          <w:b/>
        </w:rPr>
        <w:t>[Student Name]</w:t>
      </w:r>
    </w:p>
    <w:p w14:paraId="4BAC5ED4" w14:textId="77777777" w:rsidR="00C325E6" w:rsidRDefault="0082045C">
      <w:pPr>
        <w:spacing w:after="0"/>
      </w:pPr>
      <w:r>
        <w:t xml:space="preserve">Student ID: </w:t>
      </w:r>
      <w:r w:rsidRPr="00CA28A4">
        <w:rPr>
          <w:color w:val="4F81BD" w:themeColor="accent1"/>
        </w:rPr>
        <w:t>[Student ID]</w:t>
      </w:r>
    </w:p>
    <w:p w14:paraId="2EBEB9C4" w14:textId="77777777" w:rsidR="00C325E6" w:rsidRDefault="0082045C">
      <w:pPr>
        <w:spacing w:after="0"/>
      </w:pPr>
      <w:r>
        <w:t xml:space="preserve">Mobile: </w:t>
      </w:r>
      <w:r w:rsidRPr="00CA28A4">
        <w:rPr>
          <w:color w:val="4F81BD" w:themeColor="accent1"/>
        </w:rPr>
        <w:t>[Phone Number]</w:t>
      </w:r>
    </w:p>
    <w:p w14:paraId="65E96A5E" w14:textId="77777777" w:rsidR="00C325E6" w:rsidRDefault="0082045C">
      <w:pPr>
        <w:spacing w:after="0"/>
      </w:pPr>
      <w:r>
        <w:t>Ema</w:t>
      </w:r>
      <w:r>
        <w:t>il</w:t>
      </w:r>
      <w:r w:rsidRPr="00CA28A4">
        <w:rPr>
          <w:color w:val="4F81BD" w:themeColor="accent1"/>
        </w:rPr>
        <w:t>: [Email Address]</w:t>
      </w:r>
    </w:p>
    <w:p w14:paraId="46A29401" w14:textId="708F6CF6" w:rsidR="00C325E6" w:rsidRDefault="00C325E6">
      <w:pPr>
        <w:spacing w:before="200"/>
      </w:pPr>
    </w:p>
    <w:p w14:paraId="4953FD06" w14:textId="361E9923" w:rsidR="0082045C" w:rsidRDefault="0082045C">
      <w:pPr>
        <w:spacing w:before="200"/>
      </w:pPr>
    </w:p>
    <w:p w14:paraId="4EE591E8" w14:textId="77777777" w:rsidR="0082045C" w:rsidRDefault="0082045C">
      <w:pPr>
        <w:spacing w:before="200"/>
      </w:pPr>
    </w:p>
    <w:p w14:paraId="56C405B6" w14:textId="391BEE09" w:rsidR="00674D9C" w:rsidRDefault="00674D9C">
      <w:pPr>
        <w:spacing w:before="200"/>
      </w:pPr>
    </w:p>
    <w:tbl>
      <w:tblPr>
        <w:tblStyle w:val="TableGrid"/>
        <w:tblW w:w="1000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4"/>
        <w:gridCol w:w="5004"/>
      </w:tblGrid>
      <w:tr w:rsidR="00674D9C" w14:paraId="243701C4" w14:textId="77777777" w:rsidTr="00674D9C">
        <w:tc>
          <w:tcPr>
            <w:tcW w:w="5004" w:type="dxa"/>
          </w:tcPr>
          <w:p w14:paraId="21139800" w14:textId="5AB2E46E" w:rsidR="00674D9C" w:rsidRDefault="00674D9C" w:rsidP="00674D9C">
            <w:r>
              <w:t>_______________________</w:t>
            </w:r>
          </w:p>
          <w:p w14:paraId="232EAD6E" w14:textId="7B9BBFA2" w:rsidR="00674D9C" w:rsidRDefault="00674D9C" w:rsidP="00674D9C">
            <w:r>
              <w:t>Internship Coordinator</w:t>
            </w:r>
          </w:p>
          <w:p w14:paraId="3B1F2579" w14:textId="15DD1BC8" w:rsidR="00674D9C" w:rsidRDefault="00674D9C" w:rsidP="00674D9C">
            <w:r>
              <w:t>Dept of EEE,</w:t>
            </w:r>
            <w:r w:rsidR="001E6BB2">
              <w:t xml:space="preserve"> </w:t>
            </w:r>
            <w:r>
              <w:t>AUST</w:t>
            </w:r>
          </w:p>
          <w:p w14:paraId="46C8CE39" w14:textId="63658B97" w:rsidR="00674D9C" w:rsidRDefault="00674D9C" w:rsidP="00674D9C">
            <w:r>
              <w:t>Date:</w:t>
            </w:r>
          </w:p>
        </w:tc>
        <w:tc>
          <w:tcPr>
            <w:tcW w:w="5004" w:type="dxa"/>
          </w:tcPr>
          <w:p w14:paraId="382881E2" w14:textId="26DC8417" w:rsidR="00674D9C" w:rsidRDefault="00674D9C" w:rsidP="00674D9C">
            <w:r>
              <w:t>_____________________</w:t>
            </w:r>
          </w:p>
          <w:p w14:paraId="23C7188B" w14:textId="1BF24407" w:rsidR="00674D9C" w:rsidRDefault="00674D9C" w:rsidP="00674D9C">
            <w:r>
              <w:t>Head</w:t>
            </w:r>
          </w:p>
          <w:p w14:paraId="094F3C73" w14:textId="79DFB2D9" w:rsidR="00674D9C" w:rsidRDefault="00674D9C" w:rsidP="00674D9C">
            <w:r>
              <w:t>Dept of EEE,</w:t>
            </w:r>
            <w:r w:rsidR="001E6BB2">
              <w:t xml:space="preserve"> </w:t>
            </w:r>
            <w:r>
              <w:t>AUST</w:t>
            </w:r>
          </w:p>
          <w:p w14:paraId="209C38AD" w14:textId="3FCECD03" w:rsidR="00674D9C" w:rsidRDefault="00674D9C" w:rsidP="00674D9C">
            <w:r>
              <w:t>Date:</w:t>
            </w:r>
          </w:p>
        </w:tc>
      </w:tr>
    </w:tbl>
    <w:p w14:paraId="7F879DB7" w14:textId="77777777" w:rsidR="00674D9C" w:rsidRDefault="00674D9C">
      <w:pPr>
        <w:spacing w:before="200"/>
      </w:pPr>
    </w:p>
    <w:sectPr w:rsidR="00674D9C" w:rsidSect="00034616"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6BB2"/>
    <w:rsid w:val="0029639D"/>
    <w:rsid w:val="00326F90"/>
    <w:rsid w:val="00674D9C"/>
    <w:rsid w:val="0082045C"/>
    <w:rsid w:val="00AA1D8D"/>
    <w:rsid w:val="00B47730"/>
    <w:rsid w:val="00C325E6"/>
    <w:rsid w:val="00CA28A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2A9FE1"/>
  <w14:defaultImageDpi w14:val="300"/>
  <w15:docId w15:val="{0AD38BD2-558A-49DD-8C62-873E39AB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D9C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Approval Application Template</dc:title>
  <dc:subject>Application to the Head through the Internship Coordinator</dc:subject>
  <dc:creator>Department of EEE, AUST</dc:creator>
  <cp:keywords/>
  <dc:description>generated by python-docx</dc:description>
  <cp:lastModifiedBy>Adnan Amin Siddiquee</cp:lastModifiedBy>
  <cp:revision>5</cp:revision>
  <dcterms:created xsi:type="dcterms:W3CDTF">2013-12-23T23:15:00Z</dcterms:created>
  <dcterms:modified xsi:type="dcterms:W3CDTF">2026-07-12T19:25:00Z</dcterms:modified>
  <cp:category/>
</cp:coreProperties>
</file>